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טיול תצפית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חשובים לטיול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צמחים וציפורים של תחילת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יומן תצפית מסודר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רבים מהצמחים מוגנים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מתרחקים ולא נוגעים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ברשימת הסימון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אסור לטעום שום צמח, יש צמחים רעילים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הצמח או הציפור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(פרח רעיל שפורח בסתיו בלי 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(פרח סגול שפורח בתחילת הסתיו)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(צמח עם עלים בצורת לב ופרחים ורודים)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(ציפור קטנה שרואים בשדה)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יוצאים לטיול רק עם 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שותים מים וחובשים 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הולכים בשטח מוכר ושומרים מרחק מדבורים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רושמים ביומן התצפית מה רואים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הכולל צבע, צורה ומבקר כמו דבורה או נמלה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לכללי הבטיחות שבדף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פרטים כמו תאריך, מקום, מזג אוויר ומה נראה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הדף לפני יציאה בפועל לטיול תצפית קצר בחצר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כללי הבטיחות בעל פה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ציור קצר של הפרח או הציפור שנבחרו בחלק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טיול תצפית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מה שלומדים לפני טיול תצפית קצר בחצר, בגינה או בשדה - כללי בטיחות, זיהוי צמחים וחיות, וכתיבה ביומן תצפית.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יומן  ·  כובע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לא כדאי לקטוף צמחים בטיול?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זה מלכלך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רבים מהצמחים מוגנים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אין טעם בזה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אם רואים דבורה או צרעה?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מתרחקים ולא נוגעים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תופסים אותה בידיים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בורחים בצעקות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חסידות הן ציפורים שאפשר לראות בלהקות בסתיו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לטעום עלים של צמחים כדי לבדוק אם הם טעימים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היציאה לטיול חובשים __________ ונועלים נעליים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ב__________ תצפית רושמים תאריך, מקום ומזג אוויר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הצמח או הציפור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ציפור קטנה שרואים בשדה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סתוונית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פרח רעיל שפורח בסתיו בלי 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רקפת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פרח סגול שפורח בתחילת הסתיו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נחליאלי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צמח עם עלים בצורת לב ופרחים ורודים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הולכים בשטח מוכר ושומרים מרחק מדבורים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רושמים ביומן התצפית מה רואים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שותים מים וחובשים כובע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יוצאים לטיול רק עם מבוגר אחראי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פרח, צמח או ציפור שראיתם (או שהייתם רוצים לראות) בטיול - צבע, צורה ומי ביקר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כלל בטיחות אחד שחשוב לזכור בטיול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צמח רעיל שאסור לטעום ממנו?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טיול תצפית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