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טיול תצפית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בטיחות חשובים לטיול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צמחים וציפורים של תחילת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יומן תצפית מסודר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רבים מהצמחים מוגנים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מתרחקים ולא נוגעים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לפני היציאה לטיול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עושים עש"ן ד"ק ופונים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זה מסוכן, יכולים להיות שם בעלי 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ברשימת הסימון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אסור לטעום שום צמח, יש צמחים רעילים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 חלק מכללי הבטיחות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כרכום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ד"ק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הצמח או הציפור לתיאור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(פרח רעיל שפורח בסתיו בלי 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(פרח סגול שפורח בתחילת הסתיו)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(צמח עם עלים בצורת לב ופרחים ורודים)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(ציפור קטנה שרואים בשדה)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(ציפור גדולה שנודדת בלהקות)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יוצאים לטיול רק עם 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שותים מים וחובשים כובע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הולכים בשטח מוכר ושומרים מרחק מדבורים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רושמים ביומן התצפית מה רואים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שוטפים ידיים בסיום הטיול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הכולל צבע, צורה ומבקר כמו דבורה או נמלה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 הקשורה לתצפית, למשל למה הפרח פורח בלי עלים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הקשורה לכללי הבטיחות שבדף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פרטים כמו תאריך, מקום, מזג אוויר ומה נראה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את הדף לפני יציאה בפועל לטיול תצפית קצר בחצר 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כללי הבטיחות בעל פה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ציור קצר של הפרח או הציפור שנבחרו בחלק הכתיבה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טיול תצפית בטבע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עושים לפני טיול קצר בטבע, אילו צמחים וציפורים אפשר לראות, ואיך כותבים יומן תצפית.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סגול שפורח בסתיו בלי עלים, הוא רעיל ואסור לטעום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סתוונית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סגול שפורח בתחילת הסתיו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כרכום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כתום-צהוב שפורח בסתיו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רקפת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צמח עם עלים בצורת לב ופרחים ורודים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נחליאלי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קטנה שאפשר לראות בשדות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חסידה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ציפור גדולה שנודדת בלהקות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 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שבו רושמים מה רואים, שומעים ומרגישים בטיול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ניצן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שעוד לא נפתח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אסור לקטוף פרחים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זה מלכלך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רבים מהצמחים מוגנים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טעם בזה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זה אסור רק בגינה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כשרואים דבורה?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מתרחקים ולא נוגעים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תופסים אותה בידיים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בורחים בצעקות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מכסים אותה בכובע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צמח מסוכן לטעום?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כרכום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עלים יבשים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שותים מים וחובשים כובע?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לפני היציאה לטיול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בסוף הטיול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אם מתחיל לרדת גשם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צריך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אם מישהו מפחד בטיול?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ממשיכים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עושים עש"ן ד"ק ופונים למבוגר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מתעלמים ומחכים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רצים מהר 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להכניס יד לחורים בטבע כדי לבדוק מה יש שם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חסידות הן ציפורים שאפשר לראות בלהקות בסתיו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לטעום עלים של צמחים כדי לבדוק אם הם טעימים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חשוב לשטוף ידיים בסיום הטיול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היציאה לטיול חובשים __________ ונועלים נעליים סגורות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פרח שפורח בסתיו בלי עלים והוא רעיל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תצפית רושמים תאריך, מקום ומזג אוויר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פרח כתום-צהוב שפורח בסתיו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מישהו נבהל בטיול עושים עש"ן __________ ופונים למבוגר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הצמח או הציפור לתיאור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ציפור קטנה שרואים בשדה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סתוונית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צמח עם עלים בצורת לב ופרחים ורודים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רקפת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ציפור גדולה שנודדת בלהקות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נחליאלי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פרח סגול שפורח בתחילת הסתיו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חסידה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פרח רעיל שפורח בסתיו בלי עלים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השלבים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הולכים בשטח מוכר ושומרים מרחק מדבורים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יוצאים לטיול רק עם מבוגר אחראי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שוטפים ידיים בסיום הטיול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שותים מים וחובשים כובע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רושמים ביומן התצפית מה רואים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פרח, צמח או ציפור שראיתם (או שהייתם רוצים לראות) בטיול - צבע, צורה ומי ביקר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שאלה אחת שהייתם רוצים לחקור על צמח או חיה שראיתם בטיול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כלל בטיחות אחד שחשוב לזכור בטיול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צמח רעיל שאסור לטעום ממנו?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רושמים ביומן תצפית?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טיול תצפית בטבע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